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F8D83" w14:textId="77777777" w:rsidR="006859EB" w:rsidRDefault="00000000">
      <w:r>
        <w:rPr>
          <w:b/>
          <w:sz w:val="28"/>
        </w:rPr>
        <w:t>LANGSIDE SPORTS CLUB</w:t>
      </w:r>
    </w:p>
    <w:p w14:paraId="13A496AF" w14:textId="77777777" w:rsidR="006859EB" w:rsidRDefault="00000000">
      <w:pPr>
        <w:spacing w:after="0"/>
      </w:pPr>
      <w:r>
        <w:t>Albert Park</w:t>
      </w:r>
    </w:p>
    <w:p w14:paraId="2C3584FA" w14:textId="77777777" w:rsidR="006859EB" w:rsidRDefault="00000000">
      <w:pPr>
        <w:spacing w:after="0"/>
      </w:pPr>
      <w:r>
        <w:t>34–36 Kintore Road</w:t>
      </w:r>
    </w:p>
    <w:p w14:paraId="1C3B36A6" w14:textId="77777777" w:rsidR="006859EB" w:rsidRDefault="00000000">
      <w:pPr>
        <w:spacing w:after="0"/>
      </w:pPr>
      <w:r>
        <w:t>Glasgow</w:t>
      </w:r>
    </w:p>
    <w:p w14:paraId="26AC5141" w14:textId="77777777" w:rsidR="006859EB" w:rsidRDefault="00000000">
      <w:pPr>
        <w:spacing w:after="0"/>
      </w:pPr>
      <w:r>
        <w:t>G43 2HA</w:t>
      </w:r>
    </w:p>
    <w:p w14:paraId="3BB5E103" w14:textId="77777777" w:rsidR="006859EB" w:rsidRDefault="006859EB">
      <w:pPr>
        <w:spacing w:after="0"/>
      </w:pPr>
    </w:p>
    <w:p w14:paraId="4B8604FC" w14:textId="77777777" w:rsidR="006859EB" w:rsidRDefault="00000000">
      <w:pPr>
        <w:spacing w:after="0"/>
      </w:pPr>
      <w:r>
        <w:t>Scottish Charity Number: SC049764</w:t>
      </w:r>
    </w:p>
    <w:p w14:paraId="6F7A09AA" w14:textId="77777777" w:rsidR="006859EB" w:rsidRDefault="006859EB">
      <w:pPr>
        <w:spacing w:after="0"/>
      </w:pPr>
    </w:p>
    <w:p w14:paraId="37D1C1F5" w14:textId="77777777" w:rsidR="006859EB" w:rsidRDefault="00000000">
      <w:pPr>
        <w:spacing w:after="0"/>
      </w:pPr>
      <w:r>
        <w:t>11 September 2026</w:t>
      </w:r>
    </w:p>
    <w:p w14:paraId="050AAFF2" w14:textId="77777777" w:rsidR="006859EB" w:rsidRDefault="006859EB"/>
    <w:p w14:paraId="060C8586" w14:textId="77777777" w:rsidR="006859EB" w:rsidRDefault="00000000">
      <w:pPr>
        <w:jc w:val="center"/>
      </w:pPr>
      <w:r>
        <w:rPr>
          <w:b/>
          <w:sz w:val="24"/>
        </w:rPr>
        <w:t>Verification of Income and Expenditure Account</w:t>
      </w:r>
    </w:p>
    <w:p w14:paraId="296B1868" w14:textId="77777777" w:rsidR="006859EB" w:rsidRDefault="006859EB"/>
    <w:p w14:paraId="0C942680" w14:textId="77777777" w:rsidR="006859EB" w:rsidRDefault="00000000">
      <w:r>
        <w:t>To Whom It May Concern,</w:t>
      </w:r>
    </w:p>
    <w:p w14:paraId="2A95B260" w14:textId="77777777" w:rsidR="006859EB" w:rsidRDefault="00000000">
      <w:r>
        <w:t>I confirm that I have verified the Income and Expenditure Account of Langside Sports Club for the year ended 31st December 2025 against Langside Sports Club's bank statements.</w:t>
      </w:r>
    </w:p>
    <w:p w14:paraId="4BE8D75A" w14:textId="77777777" w:rsidR="006859EB" w:rsidRDefault="00000000">
      <w:r>
        <w:t>As part of this verification, I also carried out sample testing of transactions and supporting documentation.</w:t>
      </w:r>
    </w:p>
    <w:p w14:paraId="3E9A86AA" w14:textId="77777777" w:rsidR="006859EB" w:rsidRDefault="00000000">
      <w:r>
        <w:t>Based on the work undertaken, no issues or errors were identified from the verification and sample testing performed.</w:t>
      </w:r>
    </w:p>
    <w:p w14:paraId="492D01F9" w14:textId="77777777" w:rsidR="006859EB" w:rsidRDefault="00000000">
      <w:r>
        <w:t>This verification was undertaken on a limited basis and does not constitute an audit or independent examination of the accounts.</w:t>
      </w:r>
    </w:p>
    <w:p w14:paraId="5EB17B9B" w14:textId="77777777" w:rsidR="006859EB" w:rsidRDefault="00000000">
      <w:r>
        <w:t>Yours faithfully,</w:t>
      </w:r>
    </w:p>
    <w:p w14:paraId="3B907E95" w14:textId="77777777" w:rsidR="00813BAE" w:rsidRDefault="00813BAE">
      <w:pPr>
        <w:rPr>
          <w:b/>
        </w:rPr>
      </w:pPr>
    </w:p>
    <w:p w14:paraId="59DFD474" w14:textId="5565C056" w:rsidR="006859EB" w:rsidRDefault="00000000">
      <w:r>
        <w:rPr>
          <w:b/>
        </w:rPr>
        <w:br/>
        <w:t>Sana Akram</w:t>
      </w:r>
    </w:p>
    <w:p w14:paraId="7AE65C99" w14:textId="77777777" w:rsidR="006859EB" w:rsidRDefault="00000000">
      <w:r>
        <w:t>Chartered Accountant (ICAS)</w:t>
      </w:r>
    </w:p>
    <w:p w14:paraId="727B6073" w14:textId="77777777" w:rsidR="006859EB" w:rsidRDefault="00000000">
      <w:r>
        <w:t>ICAS Membership Number: M292321</w:t>
      </w:r>
    </w:p>
    <w:p w14:paraId="69F9DB85" w14:textId="6DA7B208" w:rsidR="006859EB" w:rsidRDefault="00000000">
      <w:r>
        <w:t>Date:</w:t>
      </w:r>
      <w:r w:rsidR="00813BAE">
        <w:t xml:space="preserve"> 11/09/2026</w:t>
      </w:r>
    </w:p>
    <w:sectPr w:rsidR="006859EB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10117953">
    <w:abstractNumId w:val="8"/>
  </w:num>
  <w:num w:numId="2" w16cid:durableId="637806945">
    <w:abstractNumId w:val="6"/>
  </w:num>
  <w:num w:numId="3" w16cid:durableId="2120249308">
    <w:abstractNumId w:val="5"/>
  </w:num>
  <w:num w:numId="4" w16cid:durableId="1006055642">
    <w:abstractNumId w:val="4"/>
  </w:num>
  <w:num w:numId="5" w16cid:durableId="953369925">
    <w:abstractNumId w:val="7"/>
  </w:num>
  <w:num w:numId="6" w16cid:durableId="802387823">
    <w:abstractNumId w:val="3"/>
  </w:num>
  <w:num w:numId="7" w16cid:durableId="1042244645">
    <w:abstractNumId w:val="2"/>
  </w:num>
  <w:num w:numId="8" w16cid:durableId="535002335">
    <w:abstractNumId w:val="1"/>
  </w:num>
  <w:num w:numId="9" w16cid:durableId="1048844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716B"/>
    <w:rsid w:val="00034616"/>
    <w:rsid w:val="0006063C"/>
    <w:rsid w:val="0015074B"/>
    <w:rsid w:val="0029639D"/>
    <w:rsid w:val="00326F90"/>
    <w:rsid w:val="006859EB"/>
    <w:rsid w:val="00813BA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3FB8F7"/>
  <w14:defaultImageDpi w14:val="300"/>
  <w15:docId w15:val="{7FCF3665-AA7F-484E-9FBD-67283B1B9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external scrutiny report</Value>
    </DocTags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CD01B4-AFF1-4C81-B437-EF693F0430DB}"/>
</file>

<file path=customXml/itemProps3.xml><?xml version="1.0" encoding="utf-8"?>
<ds:datastoreItem xmlns:ds="http://schemas.openxmlformats.org/officeDocument/2006/customXml" ds:itemID="{DF4ED4AC-A64C-454A-8D07-726D15374C52}"/>
</file>

<file path=customXml/itemProps4.xml><?xml version="1.0" encoding="utf-8"?>
<ds:datastoreItem xmlns:ds="http://schemas.openxmlformats.org/officeDocument/2006/customXml" ds:itemID="{F0CC2C3E-FAB7-44DB-98FE-448E1E3459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Sana Akram</cp:lastModifiedBy>
  <cp:revision>2</cp:revision>
  <dcterms:created xsi:type="dcterms:W3CDTF">2013-12-23T23:15:00Z</dcterms:created>
  <dcterms:modified xsi:type="dcterms:W3CDTF">2026-09-25T08:58:00Z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