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FD83C" w14:textId="4A62A999" w:rsidR="007150F7" w:rsidRPr="00C139EC" w:rsidRDefault="007A1A5E">
      <w:pPr>
        <w:pStyle w:val="Heading1"/>
        <w:rPr>
          <w:rFonts w:ascii="Arial" w:hAnsi="Arial" w:cs="Arial"/>
          <w:sz w:val="24"/>
          <w:szCs w:val="24"/>
        </w:rPr>
      </w:pPr>
      <w:r w:rsidRPr="00C139EC">
        <w:rPr>
          <w:rFonts w:ascii="Arial" w:hAnsi="Arial" w:cs="Arial"/>
          <w:sz w:val="24"/>
          <w:szCs w:val="24"/>
        </w:rPr>
        <w:t xml:space="preserve">Dumfries Climate </w:t>
      </w:r>
      <w:r w:rsidR="00D858AB" w:rsidRPr="00C139EC">
        <w:rPr>
          <w:rFonts w:ascii="Arial" w:hAnsi="Arial" w:cs="Arial"/>
          <w:sz w:val="24"/>
          <w:szCs w:val="24"/>
        </w:rPr>
        <w:t xml:space="preserve">Kitchen </w:t>
      </w:r>
      <w:r w:rsidR="002F1624" w:rsidRPr="00C139EC">
        <w:rPr>
          <w:rFonts w:ascii="Arial" w:hAnsi="Arial" w:cs="Arial"/>
          <w:sz w:val="24"/>
          <w:szCs w:val="24"/>
        </w:rPr>
        <w:t>(SCIO)</w:t>
      </w:r>
    </w:p>
    <w:p w14:paraId="5F44105A" w14:textId="2BFAEB5E" w:rsidR="007228E2" w:rsidRPr="00C139EC" w:rsidRDefault="007228E2" w:rsidP="007228E2">
      <w:pPr>
        <w:rPr>
          <w:rFonts w:ascii="Arial" w:hAnsi="Arial" w:cs="Arial"/>
          <w:sz w:val="24"/>
          <w:szCs w:val="24"/>
        </w:rPr>
      </w:pPr>
      <w:r w:rsidRPr="00C139EC">
        <w:rPr>
          <w:rFonts w:ascii="Arial" w:hAnsi="Arial" w:cs="Arial"/>
          <w:sz w:val="24"/>
          <w:szCs w:val="24"/>
        </w:rPr>
        <w:t>SCO54260</w:t>
      </w:r>
    </w:p>
    <w:p w14:paraId="012D6B08" w14:textId="77777777" w:rsidR="00D858AB" w:rsidRPr="00C139EC" w:rsidRDefault="00D858AB" w:rsidP="00A05A18">
      <w:pPr>
        <w:rPr>
          <w:rFonts w:ascii="Arial" w:hAnsi="Arial" w:cs="Arial"/>
          <w:sz w:val="24"/>
          <w:szCs w:val="24"/>
        </w:rPr>
      </w:pPr>
    </w:p>
    <w:p w14:paraId="27F75D0D" w14:textId="44DF5271" w:rsidR="007150F7" w:rsidRPr="00C139EC" w:rsidRDefault="00E863C1">
      <w:pPr>
        <w:pStyle w:val="Heading2"/>
        <w:rPr>
          <w:rFonts w:ascii="Arial" w:hAnsi="Arial" w:cs="Arial"/>
          <w:sz w:val="24"/>
          <w:szCs w:val="24"/>
        </w:rPr>
      </w:pPr>
      <w:r w:rsidRPr="00C139EC">
        <w:rPr>
          <w:rFonts w:ascii="Arial" w:hAnsi="Arial" w:cs="Arial"/>
          <w:sz w:val="24"/>
          <w:szCs w:val="24"/>
        </w:rPr>
        <w:t>Independent Examiner's Report to the Trustees of Dumfries</w:t>
      </w:r>
      <w:r w:rsidR="002F1624" w:rsidRPr="00C139EC">
        <w:rPr>
          <w:rFonts w:ascii="Arial" w:hAnsi="Arial" w:cs="Arial"/>
          <w:sz w:val="24"/>
          <w:szCs w:val="24"/>
        </w:rPr>
        <w:t xml:space="preserve"> Climate </w:t>
      </w:r>
      <w:r w:rsidR="00D858AB" w:rsidRPr="00C139EC">
        <w:rPr>
          <w:rFonts w:ascii="Arial" w:hAnsi="Arial" w:cs="Arial"/>
          <w:sz w:val="24"/>
          <w:szCs w:val="24"/>
        </w:rPr>
        <w:t xml:space="preserve">Kitchen </w:t>
      </w:r>
    </w:p>
    <w:p w14:paraId="2D8CFFF9" w14:textId="77777777" w:rsidR="00720854" w:rsidRPr="00C139EC" w:rsidRDefault="00720854" w:rsidP="00720854">
      <w:pPr>
        <w:rPr>
          <w:rFonts w:ascii="Arial" w:hAnsi="Arial" w:cs="Arial"/>
          <w:sz w:val="24"/>
          <w:szCs w:val="24"/>
        </w:rPr>
      </w:pPr>
    </w:p>
    <w:p w14:paraId="57B97ABC" w14:textId="0BA5CF9C" w:rsidR="007150F7" w:rsidRDefault="00E863C1">
      <w:pPr>
        <w:rPr>
          <w:rFonts w:ascii="Arial" w:hAnsi="Arial" w:cs="Arial"/>
          <w:sz w:val="24"/>
          <w:szCs w:val="24"/>
        </w:rPr>
      </w:pPr>
      <w:r w:rsidRPr="00C139EC">
        <w:rPr>
          <w:rFonts w:ascii="Arial" w:hAnsi="Arial" w:cs="Arial"/>
          <w:sz w:val="24"/>
          <w:szCs w:val="24"/>
        </w:rPr>
        <w:t xml:space="preserve">I report on the accounts of the charity </w:t>
      </w:r>
      <w:r w:rsidR="005C2270">
        <w:rPr>
          <w:rFonts w:ascii="Arial" w:hAnsi="Arial" w:cs="Arial"/>
          <w:sz w:val="24"/>
          <w:szCs w:val="24"/>
        </w:rPr>
        <w:t>from 22</w:t>
      </w:r>
      <w:r w:rsidR="005C2270" w:rsidRPr="005C2270">
        <w:rPr>
          <w:rFonts w:ascii="Arial" w:hAnsi="Arial" w:cs="Arial"/>
          <w:sz w:val="24"/>
          <w:szCs w:val="24"/>
          <w:vertAlign w:val="superscript"/>
        </w:rPr>
        <w:t>nd</w:t>
      </w:r>
      <w:r w:rsidR="005C2270">
        <w:rPr>
          <w:rFonts w:ascii="Arial" w:hAnsi="Arial" w:cs="Arial"/>
          <w:sz w:val="24"/>
          <w:szCs w:val="24"/>
        </w:rPr>
        <w:t xml:space="preserve"> May 2025 to 30</w:t>
      </w:r>
      <w:r w:rsidR="005C2270" w:rsidRPr="005C2270">
        <w:rPr>
          <w:rFonts w:ascii="Arial" w:hAnsi="Arial" w:cs="Arial"/>
          <w:sz w:val="24"/>
          <w:szCs w:val="24"/>
          <w:vertAlign w:val="superscript"/>
        </w:rPr>
        <w:t>th</w:t>
      </w:r>
      <w:r w:rsidR="005C2270">
        <w:rPr>
          <w:rFonts w:ascii="Arial" w:hAnsi="Arial" w:cs="Arial"/>
          <w:sz w:val="24"/>
          <w:szCs w:val="24"/>
        </w:rPr>
        <w:t xml:space="preserve"> November 2025</w:t>
      </w:r>
      <w:r w:rsidR="004C3C09" w:rsidRPr="00C139EC">
        <w:rPr>
          <w:rFonts w:ascii="Arial" w:hAnsi="Arial" w:cs="Arial"/>
          <w:sz w:val="24"/>
          <w:szCs w:val="24"/>
        </w:rPr>
        <w:t>.</w:t>
      </w:r>
      <w:r w:rsidRPr="00C139EC">
        <w:rPr>
          <w:rFonts w:ascii="Arial" w:hAnsi="Arial" w:cs="Arial"/>
          <w:sz w:val="24"/>
          <w:szCs w:val="24"/>
        </w:rPr>
        <w:br/>
      </w:r>
    </w:p>
    <w:p w14:paraId="4D4E698E" w14:textId="77777777" w:rsidR="00C139EC" w:rsidRPr="00C139EC" w:rsidRDefault="00C139EC">
      <w:pPr>
        <w:rPr>
          <w:rFonts w:ascii="Arial" w:hAnsi="Arial" w:cs="Arial"/>
          <w:sz w:val="24"/>
          <w:szCs w:val="24"/>
        </w:rPr>
      </w:pPr>
    </w:p>
    <w:p w14:paraId="01A6754A" w14:textId="77777777" w:rsidR="007150F7" w:rsidRPr="00C139EC" w:rsidRDefault="00E863C1">
      <w:pPr>
        <w:pStyle w:val="Heading3"/>
        <w:rPr>
          <w:rFonts w:ascii="Arial" w:hAnsi="Arial" w:cs="Arial"/>
          <w:sz w:val="24"/>
          <w:szCs w:val="24"/>
        </w:rPr>
      </w:pPr>
      <w:r w:rsidRPr="00C139EC">
        <w:rPr>
          <w:rFonts w:ascii="Arial" w:hAnsi="Arial" w:cs="Arial"/>
          <w:sz w:val="24"/>
          <w:szCs w:val="24"/>
        </w:rPr>
        <w:t>Respective responsibilities of trustees and examiner</w:t>
      </w:r>
    </w:p>
    <w:p w14:paraId="5B5C8086" w14:textId="77777777" w:rsidR="00C139EC" w:rsidRPr="00C139EC" w:rsidRDefault="00C139EC" w:rsidP="00C139EC">
      <w:pPr>
        <w:rPr>
          <w:rFonts w:ascii="Arial" w:hAnsi="Arial" w:cs="Arial"/>
          <w:sz w:val="24"/>
          <w:szCs w:val="24"/>
        </w:rPr>
      </w:pPr>
    </w:p>
    <w:p w14:paraId="69EE3614" w14:textId="77777777" w:rsidR="007150F7" w:rsidRPr="00C139EC" w:rsidRDefault="00E863C1">
      <w:pPr>
        <w:rPr>
          <w:rFonts w:ascii="Arial" w:hAnsi="Arial" w:cs="Arial"/>
          <w:sz w:val="24"/>
          <w:szCs w:val="24"/>
        </w:rPr>
      </w:pPr>
      <w:r w:rsidRPr="00C139EC">
        <w:rPr>
          <w:rFonts w:ascii="Arial" w:hAnsi="Arial" w:cs="Arial"/>
          <w:sz w:val="24"/>
          <w:szCs w:val="24"/>
        </w:rPr>
        <w:t>The charity's trustees are responsible for the preparation of the accounts in accordance with the terms of the Charities and Trustee Investment (Scotland) Act 2005 and the Charities Accounts (Scotland) Regulations 2006 (as amended).</w:t>
      </w:r>
      <w:r w:rsidRPr="00C139EC">
        <w:rPr>
          <w:rFonts w:ascii="Arial" w:hAnsi="Arial" w:cs="Arial"/>
          <w:sz w:val="24"/>
          <w:szCs w:val="24"/>
        </w:rPr>
        <w:br/>
        <w:t xml:space="preserve">The trustees consider that the audit requirement of Regulation 10(1)(a) to (c) of the Accounts Regulations does not apply. It is my responsibility to examine the accounts as required under Section 44(1)(c) of the Act and to state whether </w:t>
      </w:r>
      <w:proofErr w:type="gramStart"/>
      <w:r w:rsidRPr="00C139EC">
        <w:rPr>
          <w:rFonts w:ascii="Arial" w:hAnsi="Arial" w:cs="Arial"/>
          <w:sz w:val="24"/>
          <w:szCs w:val="24"/>
        </w:rPr>
        <w:t>particular matters</w:t>
      </w:r>
      <w:proofErr w:type="gramEnd"/>
      <w:r w:rsidRPr="00C139EC">
        <w:rPr>
          <w:rFonts w:ascii="Arial" w:hAnsi="Arial" w:cs="Arial"/>
          <w:sz w:val="24"/>
          <w:szCs w:val="24"/>
        </w:rPr>
        <w:t xml:space="preserve"> have come to my attention.</w:t>
      </w:r>
    </w:p>
    <w:p w14:paraId="29A27758" w14:textId="77777777" w:rsidR="00C139EC" w:rsidRDefault="00C139EC">
      <w:pPr>
        <w:pStyle w:val="Heading3"/>
        <w:rPr>
          <w:rFonts w:ascii="Arial" w:hAnsi="Arial" w:cs="Arial"/>
          <w:sz w:val="24"/>
          <w:szCs w:val="24"/>
        </w:rPr>
      </w:pPr>
    </w:p>
    <w:p w14:paraId="3A988AF0" w14:textId="77777777" w:rsidR="00C139EC" w:rsidRDefault="00C139EC">
      <w:pPr>
        <w:pStyle w:val="Heading3"/>
        <w:rPr>
          <w:rFonts w:ascii="Arial" w:hAnsi="Arial" w:cs="Arial"/>
          <w:sz w:val="24"/>
          <w:szCs w:val="24"/>
        </w:rPr>
      </w:pPr>
    </w:p>
    <w:p w14:paraId="729D7ED2" w14:textId="58C938E5" w:rsidR="007150F7" w:rsidRPr="00C139EC" w:rsidRDefault="00E863C1">
      <w:pPr>
        <w:pStyle w:val="Heading3"/>
        <w:rPr>
          <w:rFonts w:ascii="Arial" w:hAnsi="Arial" w:cs="Arial"/>
          <w:sz w:val="24"/>
          <w:szCs w:val="24"/>
        </w:rPr>
      </w:pPr>
      <w:r w:rsidRPr="00C139EC">
        <w:rPr>
          <w:rFonts w:ascii="Arial" w:hAnsi="Arial" w:cs="Arial"/>
          <w:sz w:val="24"/>
          <w:szCs w:val="24"/>
        </w:rPr>
        <w:t>Basis of the independent examiner's statement</w:t>
      </w:r>
    </w:p>
    <w:p w14:paraId="62FE2E49" w14:textId="77777777" w:rsidR="00C139EC" w:rsidRPr="00C139EC" w:rsidRDefault="00C139EC" w:rsidP="00C139EC">
      <w:pPr>
        <w:rPr>
          <w:rFonts w:ascii="Arial" w:hAnsi="Arial" w:cs="Arial"/>
          <w:sz w:val="24"/>
          <w:szCs w:val="24"/>
        </w:rPr>
      </w:pPr>
    </w:p>
    <w:p w14:paraId="1F1736A0" w14:textId="77777777" w:rsidR="007150F7" w:rsidRDefault="00E863C1">
      <w:pPr>
        <w:rPr>
          <w:rFonts w:ascii="Arial" w:hAnsi="Arial" w:cs="Arial"/>
          <w:sz w:val="24"/>
          <w:szCs w:val="24"/>
        </w:rPr>
      </w:pPr>
      <w:r w:rsidRPr="00C139EC">
        <w:rPr>
          <w:rFonts w:ascii="Arial" w:hAnsi="Arial" w:cs="Arial"/>
          <w:sz w:val="24"/>
          <w:szCs w:val="24"/>
        </w:rPr>
        <w:t xml:space="preserve">My examination is carried out in accordance with Regulation 11 of the Charities Accounts (Scotland) Regulations 2006 (as amended). An examination includes a review of the accounting records kept by the charity and a comparison of the accounts presented with those records. It also includes consideration of any unusual items or disclosures in the </w:t>
      </w:r>
      <w:proofErr w:type="gramStart"/>
      <w:r w:rsidRPr="00C139EC">
        <w:rPr>
          <w:rFonts w:ascii="Arial" w:hAnsi="Arial" w:cs="Arial"/>
          <w:sz w:val="24"/>
          <w:szCs w:val="24"/>
        </w:rPr>
        <w:t>accounts, and</w:t>
      </w:r>
      <w:proofErr w:type="gramEnd"/>
      <w:r w:rsidRPr="00C139EC">
        <w:rPr>
          <w:rFonts w:ascii="Arial" w:hAnsi="Arial" w:cs="Arial"/>
          <w:sz w:val="24"/>
          <w:szCs w:val="24"/>
        </w:rPr>
        <w:t xml:space="preserve"> seeks explanations from the trustees concerning any such matters. The procedures undertaken do not provide all the evidence that would be required in an audit, and consequently I do not express an audit opinion on the view given by the accounts.</w:t>
      </w:r>
    </w:p>
    <w:p w14:paraId="271C3CDF" w14:textId="77777777" w:rsidR="00C139EC" w:rsidRPr="00C139EC" w:rsidRDefault="00C139EC">
      <w:pPr>
        <w:rPr>
          <w:rFonts w:ascii="Arial" w:hAnsi="Arial" w:cs="Arial"/>
          <w:sz w:val="24"/>
          <w:szCs w:val="24"/>
        </w:rPr>
      </w:pPr>
    </w:p>
    <w:p w14:paraId="2E517A73" w14:textId="06D35291" w:rsidR="00C139EC" w:rsidRPr="00C139EC" w:rsidRDefault="00E863C1" w:rsidP="00C139EC">
      <w:pPr>
        <w:pStyle w:val="Heading3"/>
        <w:rPr>
          <w:rFonts w:ascii="Arial" w:hAnsi="Arial" w:cs="Arial"/>
          <w:sz w:val="24"/>
          <w:szCs w:val="24"/>
        </w:rPr>
      </w:pPr>
      <w:r w:rsidRPr="00C139EC">
        <w:rPr>
          <w:rFonts w:ascii="Arial" w:hAnsi="Arial" w:cs="Arial"/>
          <w:sz w:val="24"/>
          <w:szCs w:val="24"/>
        </w:rPr>
        <w:lastRenderedPageBreak/>
        <w:t>Independent examiner's statement</w:t>
      </w:r>
    </w:p>
    <w:p w14:paraId="09A6C0C3" w14:textId="77777777" w:rsidR="00B639A2" w:rsidRPr="00C139EC" w:rsidRDefault="00B639A2" w:rsidP="00B639A2">
      <w:pPr>
        <w:rPr>
          <w:rFonts w:ascii="Arial" w:hAnsi="Arial" w:cs="Arial"/>
          <w:sz w:val="24"/>
          <w:szCs w:val="24"/>
        </w:rPr>
      </w:pPr>
    </w:p>
    <w:p w14:paraId="43583549" w14:textId="77777777" w:rsidR="007150F7" w:rsidRPr="00C139EC" w:rsidRDefault="00E863C1">
      <w:pPr>
        <w:rPr>
          <w:rFonts w:ascii="Arial" w:hAnsi="Arial" w:cs="Arial"/>
          <w:sz w:val="24"/>
          <w:szCs w:val="24"/>
        </w:rPr>
      </w:pPr>
      <w:r w:rsidRPr="00C139EC">
        <w:rPr>
          <w:rFonts w:ascii="Arial" w:hAnsi="Arial" w:cs="Arial"/>
          <w:sz w:val="24"/>
          <w:szCs w:val="24"/>
        </w:rPr>
        <w:t>In the course of my examination, no matter has come to my attention:</w:t>
      </w:r>
      <w:r w:rsidRPr="00C139EC">
        <w:rPr>
          <w:rFonts w:ascii="Arial" w:hAnsi="Arial" w:cs="Arial"/>
          <w:sz w:val="24"/>
          <w:szCs w:val="24"/>
        </w:rPr>
        <w:br/>
        <w:t>a. which gives me reasonable cause to believe that in any material respect the requirements:</w:t>
      </w:r>
      <w:r w:rsidRPr="00C139EC">
        <w:rPr>
          <w:rFonts w:ascii="Arial" w:hAnsi="Arial" w:cs="Arial"/>
          <w:sz w:val="24"/>
          <w:szCs w:val="24"/>
        </w:rPr>
        <w:br/>
        <w:t xml:space="preserve"> - to keep accounting records in accordance with Section 44(1)(a) of the 2005 Act and Regulation 4 of the 2006 Accounts Regulations; and</w:t>
      </w:r>
      <w:r w:rsidRPr="00C139EC">
        <w:rPr>
          <w:rFonts w:ascii="Arial" w:hAnsi="Arial" w:cs="Arial"/>
          <w:sz w:val="24"/>
          <w:szCs w:val="24"/>
        </w:rPr>
        <w:br/>
        <w:t xml:space="preserve"> - to prepare accounts which accord with the accounting records and comply with Regulation 8 of the 2006 Accounts Regulations;</w:t>
      </w:r>
      <w:r w:rsidRPr="00C139EC">
        <w:rPr>
          <w:rFonts w:ascii="Arial" w:hAnsi="Arial" w:cs="Arial"/>
          <w:sz w:val="24"/>
          <w:szCs w:val="24"/>
        </w:rPr>
        <w:br/>
        <w:t>have not been met; or</w:t>
      </w:r>
      <w:r w:rsidRPr="00C139EC">
        <w:rPr>
          <w:rFonts w:ascii="Arial" w:hAnsi="Arial" w:cs="Arial"/>
          <w:sz w:val="24"/>
          <w:szCs w:val="24"/>
        </w:rPr>
        <w:br/>
        <w:t>b. to which, in my opinion, attention should be drawn in order to enable a proper understanding of the accounts to be reached.</w:t>
      </w:r>
    </w:p>
    <w:p w14:paraId="060B1DDD" w14:textId="77777777" w:rsidR="007540A6" w:rsidRPr="00C139EC" w:rsidRDefault="007540A6">
      <w:pPr>
        <w:rPr>
          <w:rFonts w:ascii="Arial" w:hAnsi="Arial" w:cs="Arial"/>
          <w:sz w:val="24"/>
          <w:szCs w:val="24"/>
        </w:rPr>
      </w:pPr>
    </w:p>
    <w:p w14:paraId="68DFEB17" w14:textId="0AB60908" w:rsidR="00111495" w:rsidRPr="00C139EC" w:rsidRDefault="00941937">
      <w:pPr>
        <w:rPr>
          <w:rFonts w:ascii="Arial" w:hAnsi="Arial" w:cs="Arial"/>
          <w:sz w:val="24"/>
          <w:szCs w:val="24"/>
        </w:rPr>
      </w:pPr>
      <w:r>
        <w:rPr>
          <w:noProof/>
        </w:rPr>
        <w:drawing>
          <wp:inline distT="0" distB="0" distL="0" distR="0" wp14:anchorId="16FD3FE4" wp14:editId="074F41C0">
            <wp:extent cx="1056005" cy="406391"/>
            <wp:effectExtent l="0" t="0" r="0" b="0"/>
            <wp:docPr id="805033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7813" cy="418632"/>
                    </a:xfrm>
                    <a:prstGeom prst="rect">
                      <a:avLst/>
                    </a:prstGeom>
                    <a:noFill/>
                    <a:ln>
                      <a:noFill/>
                    </a:ln>
                  </pic:spPr>
                </pic:pic>
              </a:graphicData>
            </a:graphic>
          </wp:inline>
        </w:drawing>
      </w:r>
    </w:p>
    <w:p w14:paraId="66DBB477" w14:textId="2196E71F" w:rsidR="003C4A70" w:rsidRPr="00C139EC" w:rsidRDefault="00E863C1" w:rsidP="00C139EC">
      <w:pPr>
        <w:pStyle w:val="NoSpacing"/>
        <w:rPr>
          <w:rFonts w:ascii="Arial" w:hAnsi="Arial" w:cs="Arial"/>
          <w:sz w:val="24"/>
          <w:szCs w:val="24"/>
        </w:rPr>
      </w:pPr>
      <w:r w:rsidRPr="00C139EC">
        <w:rPr>
          <w:rFonts w:ascii="Arial" w:hAnsi="Arial" w:cs="Arial"/>
          <w:sz w:val="24"/>
          <w:szCs w:val="24"/>
        </w:rPr>
        <w:br/>
      </w:r>
      <w:r w:rsidR="00C139EC" w:rsidRPr="00C139EC">
        <w:rPr>
          <w:rFonts w:ascii="Arial" w:hAnsi="Arial" w:cs="Arial"/>
          <w:sz w:val="24"/>
          <w:szCs w:val="24"/>
        </w:rPr>
        <w:t>Mrs.</w:t>
      </w:r>
      <w:r w:rsidRPr="00C139EC">
        <w:rPr>
          <w:rFonts w:ascii="Arial" w:hAnsi="Arial" w:cs="Arial"/>
          <w:sz w:val="24"/>
          <w:szCs w:val="24"/>
        </w:rPr>
        <w:t xml:space="preserve"> </w:t>
      </w:r>
      <w:r w:rsidR="003C4A70" w:rsidRPr="00C139EC">
        <w:rPr>
          <w:rFonts w:ascii="Arial" w:hAnsi="Arial" w:cs="Arial"/>
          <w:sz w:val="24"/>
          <w:szCs w:val="24"/>
        </w:rPr>
        <w:t xml:space="preserve">Marcia Viviane Araujo Ella AAT </w:t>
      </w:r>
    </w:p>
    <w:p w14:paraId="7C633CB4" w14:textId="77777777" w:rsidR="00C139EC" w:rsidRPr="00C139EC" w:rsidRDefault="00C139EC" w:rsidP="00C139EC">
      <w:pPr>
        <w:pStyle w:val="NoSpacing"/>
        <w:rPr>
          <w:rFonts w:ascii="Arial" w:hAnsi="Arial" w:cs="Arial"/>
          <w:sz w:val="24"/>
          <w:szCs w:val="24"/>
        </w:rPr>
      </w:pPr>
    </w:p>
    <w:p w14:paraId="68D71432" w14:textId="1BA90582" w:rsidR="003E1DC6" w:rsidRPr="00C139EC" w:rsidRDefault="003E1DC6" w:rsidP="00C139EC">
      <w:pPr>
        <w:pStyle w:val="NoSpacing"/>
        <w:rPr>
          <w:rFonts w:ascii="Arial" w:hAnsi="Arial" w:cs="Arial"/>
          <w:sz w:val="24"/>
          <w:szCs w:val="24"/>
        </w:rPr>
      </w:pPr>
      <w:r w:rsidRPr="00C139EC">
        <w:rPr>
          <w:rFonts w:ascii="Arial" w:hAnsi="Arial" w:cs="Arial"/>
          <w:sz w:val="24"/>
          <w:szCs w:val="24"/>
        </w:rPr>
        <w:t>Richard</w:t>
      </w:r>
      <w:r w:rsidR="002322F0" w:rsidRPr="00C139EC">
        <w:rPr>
          <w:rFonts w:ascii="Arial" w:hAnsi="Arial" w:cs="Arial"/>
          <w:sz w:val="24"/>
          <w:szCs w:val="24"/>
        </w:rPr>
        <w:t xml:space="preserve"> </w:t>
      </w:r>
      <w:r w:rsidRPr="00C139EC">
        <w:rPr>
          <w:rFonts w:ascii="Arial" w:hAnsi="Arial" w:cs="Arial"/>
          <w:sz w:val="24"/>
          <w:szCs w:val="24"/>
        </w:rPr>
        <w:t>Farish Electrical</w:t>
      </w:r>
    </w:p>
    <w:p w14:paraId="1C2FE3A4" w14:textId="77777777" w:rsidR="003E1DC6" w:rsidRPr="00C139EC" w:rsidRDefault="003E1DC6" w:rsidP="00C139EC">
      <w:pPr>
        <w:pStyle w:val="NoSpacing"/>
        <w:rPr>
          <w:rFonts w:ascii="Arial" w:hAnsi="Arial" w:cs="Arial"/>
          <w:sz w:val="24"/>
          <w:szCs w:val="24"/>
        </w:rPr>
      </w:pPr>
      <w:r w:rsidRPr="00C139EC">
        <w:rPr>
          <w:rFonts w:ascii="Arial" w:hAnsi="Arial" w:cs="Arial"/>
          <w:sz w:val="24"/>
          <w:szCs w:val="24"/>
        </w:rPr>
        <w:t xml:space="preserve">Finance Administrator </w:t>
      </w:r>
    </w:p>
    <w:p w14:paraId="51B7A8B5" w14:textId="77777777" w:rsidR="00C139EC" w:rsidRPr="00C139EC" w:rsidRDefault="002322F0" w:rsidP="00C139EC">
      <w:pPr>
        <w:pStyle w:val="NoSpacing"/>
        <w:rPr>
          <w:rFonts w:ascii="Arial" w:hAnsi="Arial" w:cs="Arial"/>
          <w:sz w:val="24"/>
          <w:szCs w:val="24"/>
        </w:rPr>
      </w:pPr>
      <w:r w:rsidRPr="00C139EC">
        <w:rPr>
          <w:rFonts w:ascii="Arial" w:hAnsi="Arial" w:cs="Arial"/>
          <w:sz w:val="24"/>
          <w:szCs w:val="24"/>
        </w:rPr>
        <w:t xml:space="preserve">1 Albany Lane </w:t>
      </w:r>
    </w:p>
    <w:p w14:paraId="2A00FEC6" w14:textId="1EE852A8" w:rsidR="007150F7" w:rsidRPr="00C139EC" w:rsidRDefault="00E863C1" w:rsidP="00C139EC">
      <w:pPr>
        <w:pStyle w:val="NoSpacing"/>
        <w:rPr>
          <w:rFonts w:ascii="Arial" w:hAnsi="Arial" w:cs="Arial"/>
          <w:sz w:val="24"/>
          <w:szCs w:val="24"/>
        </w:rPr>
      </w:pPr>
      <w:r w:rsidRPr="00C139EC">
        <w:rPr>
          <w:rFonts w:ascii="Arial" w:hAnsi="Arial" w:cs="Arial"/>
          <w:sz w:val="24"/>
          <w:szCs w:val="24"/>
        </w:rPr>
        <w:t>Dumfries</w:t>
      </w:r>
      <w:r w:rsidRPr="00C139EC">
        <w:rPr>
          <w:rFonts w:ascii="Arial" w:hAnsi="Arial" w:cs="Arial"/>
          <w:sz w:val="24"/>
          <w:szCs w:val="24"/>
        </w:rPr>
        <w:br/>
        <w:t xml:space="preserve">DG1 </w:t>
      </w:r>
      <w:r w:rsidR="002322F0" w:rsidRPr="00C139EC">
        <w:rPr>
          <w:rFonts w:ascii="Arial" w:hAnsi="Arial" w:cs="Arial"/>
          <w:sz w:val="24"/>
          <w:szCs w:val="24"/>
        </w:rPr>
        <w:t>1JL</w:t>
      </w:r>
      <w:r w:rsidRPr="00C139EC">
        <w:rPr>
          <w:rFonts w:ascii="Arial" w:hAnsi="Arial" w:cs="Arial"/>
          <w:sz w:val="24"/>
          <w:szCs w:val="24"/>
        </w:rPr>
        <w:br/>
        <w:t>2</w:t>
      </w:r>
      <w:r w:rsidR="00D04944" w:rsidRPr="00C139EC">
        <w:rPr>
          <w:rFonts w:ascii="Arial" w:hAnsi="Arial" w:cs="Arial"/>
          <w:sz w:val="24"/>
          <w:szCs w:val="24"/>
        </w:rPr>
        <w:t xml:space="preserve">4 August </w:t>
      </w:r>
      <w:r w:rsidRPr="00C139EC">
        <w:rPr>
          <w:rFonts w:ascii="Arial" w:hAnsi="Arial" w:cs="Arial"/>
          <w:sz w:val="24"/>
          <w:szCs w:val="24"/>
        </w:rPr>
        <w:t>202</w:t>
      </w:r>
      <w:r w:rsidR="00D04944" w:rsidRPr="00C139EC">
        <w:rPr>
          <w:rFonts w:ascii="Arial" w:hAnsi="Arial" w:cs="Arial"/>
          <w:sz w:val="24"/>
          <w:szCs w:val="24"/>
        </w:rPr>
        <w:t>6</w:t>
      </w:r>
    </w:p>
    <w:sectPr w:rsidR="007150F7" w:rsidRPr="00C139E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8695348">
    <w:abstractNumId w:val="8"/>
  </w:num>
  <w:num w:numId="2" w16cid:durableId="186216504">
    <w:abstractNumId w:val="6"/>
  </w:num>
  <w:num w:numId="3" w16cid:durableId="778456288">
    <w:abstractNumId w:val="5"/>
  </w:num>
  <w:num w:numId="4" w16cid:durableId="123471887">
    <w:abstractNumId w:val="4"/>
  </w:num>
  <w:num w:numId="5" w16cid:durableId="1681161729">
    <w:abstractNumId w:val="7"/>
  </w:num>
  <w:num w:numId="6" w16cid:durableId="1859930198">
    <w:abstractNumId w:val="3"/>
  </w:num>
  <w:num w:numId="7" w16cid:durableId="2030714841">
    <w:abstractNumId w:val="2"/>
  </w:num>
  <w:num w:numId="8" w16cid:durableId="886648992">
    <w:abstractNumId w:val="1"/>
  </w:num>
  <w:num w:numId="9" w16cid:durableId="2020767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17D9"/>
    <w:rsid w:val="00111495"/>
    <w:rsid w:val="0015074B"/>
    <w:rsid w:val="002322F0"/>
    <w:rsid w:val="0029639D"/>
    <w:rsid w:val="002F1624"/>
    <w:rsid w:val="00326F90"/>
    <w:rsid w:val="003C4A70"/>
    <w:rsid w:val="003E1DC6"/>
    <w:rsid w:val="004C3C09"/>
    <w:rsid w:val="00532D22"/>
    <w:rsid w:val="005C2270"/>
    <w:rsid w:val="007150F7"/>
    <w:rsid w:val="00720854"/>
    <w:rsid w:val="007228E2"/>
    <w:rsid w:val="007540A6"/>
    <w:rsid w:val="00763BBD"/>
    <w:rsid w:val="007A1A5E"/>
    <w:rsid w:val="007E57D0"/>
    <w:rsid w:val="00857FF6"/>
    <w:rsid w:val="008F22D8"/>
    <w:rsid w:val="00941937"/>
    <w:rsid w:val="009C2C6E"/>
    <w:rsid w:val="00A05A18"/>
    <w:rsid w:val="00AA1D8D"/>
    <w:rsid w:val="00B47730"/>
    <w:rsid w:val="00B50129"/>
    <w:rsid w:val="00B639A2"/>
    <w:rsid w:val="00C139EC"/>
    <w:rsid w:val="00C33A98"/>
    <w:rsid w:val="00CB0664"/>
    <w:rsid w:val="00D04944"/>
    <w:rsid w:val="00D858AB"/>
    <w:rsid w:val="00E863C1"/>
    <w:rsid w:val="00EA423F"/>
    <w:rsid w:val="00EC06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33CB1"/>
  <w14:defaultImageDpi w14:val="300"/>
  <w15:docId w15:val="{84A6CBAC-BB77-A34E-9348-2A46EFA2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616A6C1-3DA7-417D-9189-84A619289A08}"/>
</file>

<file path=customXml/itemProps3.xml><?xml version="1.0" encoding="utf-8"?>
<ds:datastoreItem xmlns:ds="http://schemas.openxmlformats.org/officeDocument/2006/customXml" ds:itemID="{5579A03A-926C-49B2-97B3-65BDC7AA264E}"/>
</file>

<file path=customXml/itemProps4.xml><?xml version="1.0" encoding="utf-8"?>
<ds:datastoreItem xmlns:ds="http://schemas.openxmlformats.org/officeDocument/2006/customXml" ds:itemID="{7DD68728-60A7-4A96-8558-69B127892D8F}"/>
</file>

<file path=docProps/app.xml><?xml version="1.0" encoding="utf-8"?>
<Properties xmlns="http://schemas.openxmlformats.org/officeDocument/2006/extended-properties" xmlns:vt="http://schemas.openxmlformats.org/officeDocument/2006/docPropsVTypes">
  <Template>Normal.dotm</Template>
  <TotalTime>1</TotalTime>
  <Pages>2</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Jonathan Robertson</cp:lastModifiedBy>
  <cp:revision>3</cp:revision>
  <cp:lastPrinted>2026-08-24T11:26:00Z</cp:lastPrinted>
  <dcterms:created xsi:type="dcterms:W3CDTF">2026-08-24T11:48:00Z</dcterms:created>
  <dcterms:modified xsi:type="dcterms:W3CDTF">2026-08-30T18:48:00Z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